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הצבעה וקו דעות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המטרה של הצבעה לפני ואחרי דיבייט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אחוזים מתוך תוצאות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 הדעות ככלי להבעת עמדה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לחשוב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מציג אחוזים לבעד, נגד ומתלבטים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״ביטול אחרון״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(תמיכה מלאה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(התנגדות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(עדיין לא החליטו מה דעתם)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או להגריל נושא לדיבייט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להצביע בעד, נגד או מתלבטים לפני הדיבייט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לקיים את הדיבייט ולהקשיב לטיעונים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להצביע שוב אחרי הדיבייט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שמזהה שינוי אפשרי בדעות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שהדיון נועד להרחיב חשיבה, לא לקבוע מנצח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הצבעה אמיתית לפני תרגול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ההגרלה לדוגמה אמיתית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הצבעה וקו דעות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בזירת הדיבייט מצביעים פעמיים - לפני הדיבייט ואחריו - כדי לבדוק אם דעות השתנו בעקבות הדיון. קו הדעות מאפשר לכל תלמיד ותלמידה לסמן בדיוק היכן עומדת דעתם, ולא רק בעד או נגד.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שתי  ·  כחול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צבע מסמן נקודה של ״לפני״ בקו הדעות?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זירת הדיבייט לפי הכתוב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לחשוב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להצביע הכי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ההצבעה מוצג אחוז לכל אחת מהאפשרויות.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לבטל את הנקודה האחרונה שהוספנו בקו הדעות.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הדיבייט ואחריו מצביעים __________ פעמים.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בקו הדעות הצבע __________ מסמן נקודה מלפני הדיבייט.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התנגדות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עדיין לא החליטו מה דעתם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מתלבטים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תמיכה מלאה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להצביע בעד, נגד או מתלבטים לפני הדיבייט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להצביע שוב אחרי הדיבייט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או להגריל נושא לדיבייט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לקיים את הדיבייט ולהקשיב לטיעונים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הצבעה לפני לבין הצבעה אחרי הדיבייט?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צבע מסמן נקודה ״אחרי״ בקו הדעות?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הצבעה וקו דעות בדיבייט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