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הצבעה וקו דעות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המטרה של הצבעה לפני ואחרי 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אחוזים מתוך תוצאות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 הדעות ככלי להבעת עמדה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אם הדעות השתנו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לחשוב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לסמן גם באמצע, בין שני הקצוות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מציג אחוזים לבעד, נגד ומתלבטים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״ביטול אחרון״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לחשוב, לא לנצח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הגרלה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(תמיכה מלאה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(התנגדות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(עדיין לא החליטו מה דעתם)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שמראה היכן עומדת כל דעה בין שני קצוות)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או להגריל נושא לדיבייט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להצביע בעד, נגד או מתלבטים לפני הדיבייט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לקיים את הדיבייט ולהקשיב לטיעונים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להצביע שוב אחרי הדיבייט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להוסיף נקודה בקו הדעות ולהשוות לפני ואחרי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לבדוק אם הטיעונים בדיבייט השפיעו על הדעות ואם היה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שמזהה שינוי אפשרי בדעות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שהדיון נועד להרחיב חשיבה, לא לקבוע מנצח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הצבעה אמיתית לפני תרגול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ההגרלה לדוגמה אמיתית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הצבעה וקו דעות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בדיבייט מצביעים פעמיים: פעם לפני ופעם אחרי. ככה רואים אם הדעה השתנתה. יש גם קו שמראה בדיוק איפה הדעה נמצאת.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מסודר בין שתי דעות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בוחר מה דעתו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דעות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שעליו מסמנים איפה הדעה נמצאת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תמיכה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התנגדות לטענה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מתלבטים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עדיין לא החליטו מה דעתם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מתוך מאה, מראה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הגרלה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אקראית של 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מצביעים פעמיים?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מי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לראות אם הדעות השתנו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מנחה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לספור כמה משתתפים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זה ״לפני״?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אפשרויות יש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האמיתית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להצביע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נושא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 הדעות אפשר לסמן רק בעד או נגד, בלי אמצע.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ההצבעה מוצג אחוז לכל אחת מהאפשרויות.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לבטל את הנקודה האחרונה שהוספנו בקו הדעות.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הכלי היא לקבוע מי צודק בוויכוח.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הדיבייט ואחריו מצביעים __________ 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בקו הדעות הצבע __________ מסמן נקודה מלפני הדיבייט.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הצבע __________ מסמן נקודה מאחרי הדיבייט.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כפתור ה-__________ מאפשר לבחור נושא לדיבייט באקראי.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שמראה היכן עומדת כל דעה בין שני קצוות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עדיין לא החליטו מה דעתם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מתלבטים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תמיכה מלאה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דעות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התנגדות לטענה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נקודה בקו הדעות ולהשוות לפני ואחרי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את הדיבייט ולהקשיב לטיעונים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להצביע שוב אחרי הדיבייט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להצביע בעד, נגד או מתלבטים לפני הדיבייט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או להגריל נושא לדיבייט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להצביע גם לפני וגם אחרי הדיבייט, ולא רק פעם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הצבעה לפני לבין הצבעה אחרי הדיבייט?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מסמן נקודה ״אחרי״ בקו הדעות?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המטרה של הדיבייט היא לחשוב ולא לנצח?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הצבעה וקו דעות בדיבייט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